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השיעור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עיקרי השיעור: מושגים, שיטת הבלש וזיהוי 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📖 השיעור (שיטת הבלש).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אות נחה נכתבת ולא נשמעת, או נעלמת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רומז שחסרה נ׳ בהתחלה (פ״נ)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האות האחרונה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בָּנָה · קל · נשארו: ב־נ־ה · שורש: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נָפַל · קל · נשארו: נ־פ־ל · שורש: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 · קל · נשארו: ש־ת־ה · שורש: ש־ת־י/ה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 · קל · נשארו: ק־ם · שורש: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נ׳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י/ו־ע־ץ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שיטת הבלש · השיעור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השיעור – שיטת הבלש: איך מוצאים שורש חסר.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הצעד הראשון בשיטת הבלש הוא להעביר את הפועל ל„הוא אתמול”.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 היא אות שנכתבת ותמיד נשמעת.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אחרי השמטת המוספיות נשארו 2 אותיות בלי דגש – חסרה י/ו באמצע.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 באות הראשונה שנשארה רומז שחסרה ה׳ בסוף.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בפועל הִפִּיל השורש הוא נ־פ־ל.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„ל״ה” פירושו שהאות האמצעית בשורש היא ה׳.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 מורידים את הה׳ שבהתחלה ואת הי׳ שלפני האות האחרונה.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יִפֹּל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הבנה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עושים בצעד הראשון?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מעבירים ל„הוא אתמול”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סופרים אותיות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מוסיפים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נשארו 2 אותיות ויש דגש בראשונה. מה חסר?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ה׳ בסוף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השורש של „לְהוֹרִיד”?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נ־ר־ד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ר־י/ו־ד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ר־ד־י/ה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י/ו־ר־ד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השורש של „הִפְנָה”?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פ־נ־י/ה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י/ו־פ־נ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נ־פ־נ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פ־י/ו־נ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השורש של „נוֹעָץ”?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ע־י/ו־ץ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ע־ץ־י/ה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י/ו־ע־ץ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נ־ע־ץ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סיכום במילים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הסבירו במילים שלכם: איך מוצאים את השורש של פועל מהגזרה שלמדנו? תנו דוגמה אחת משלכם.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הצעדים לפי הסדר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הוסיפו דוגמה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ציינו את הסימן המיוחד של הגזרה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„אִישַׁן”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השיעור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