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השיעור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עיקרי השיעור: מושגים, שיטת הבלש וזיהוי 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📖 השיעור (שיטת הבלש).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אות נחה נכתבת ולא נשמעת, או נעלמת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רומז שחסרה נ׳ בהתחלה (פ״נ)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נָסַע · קל · נשארו: נ־ס־ע · שורש: נ־ס־ע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קָנָה · קל · נשארו: ק־נ־ה · שורש: ק־נ־י/ה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הֵעִיר · הפעיל · נשארו: ע־ר · שורש: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 · קל · נשארו: ק־ם · שורש: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נ׳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ר־א־י/ה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נ־ג־ע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שיטת הבלש · השיעור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השיעור.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נכון או לא נכון? סמנו.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הצעד הראשון בשיטת הבלש הוא להעביר את הפועל ל„הוא אתמול”.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 היא אות שנכתבת ותמיד נשמעת.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אחרי השמטת המוספיות נשארו 2 אותיות בלי דגש – חסרה י/ו באמצע.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 באות הראשונה שנשארה רומז שחסרה ה׳ בסוף.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בפועל הִפִּיל השורש הוא נ־פ־ל.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הטבלה. עבר – בניין – אותיות שנשארו – שורש.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נָסַעְנוּ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קָנְתָה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הֵעִיר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הֵעִיר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הבנה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עושים בצעד הראשון?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מעבירים ל„הוא אתמול”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סופרים אותיות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מוסיפים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2 אותיות ויש דגש בראשונה. מה חסר?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ה׳ בסוף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השורש של „רָאִינוּ”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י/ו־ר־א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נ־ר־א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ר־א־י/ה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השורש של „הִגִּיעַ”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ג־ע־י/ה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נ־ג־ע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ג־י/ו־ע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השורש של „הֵזִיזוּ”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ז־י/ו־ז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נ־ז־ז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ז־ז־י/ה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סיכום במילים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הסבירו במילים שלכם: איך מוצאים את השורש של פועל מהגזרה שלמדנו? תנו דוגמה אחת משלכם.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הצעדים לפי הסדר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„יִקְנוּ”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השיעור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