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השיעור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📖 השיעור (שיטת הבלש).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 · הפעיל · נשארו: כ־ן · שורש: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פִּנָּה · פיעל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 · הפעיל · נשארו: ו־ס־ף · שורש: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שיטת הבלש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השיעור.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הֵכִין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הוֹסִיף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„הוֹרִידָה”?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י/ו־ר־ד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ר־ד־י/ה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נ־ר־ד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השורש של „זָז”?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ז־ז־י/ה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נ־ז־ז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ז־י/ו־ז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„נוֹלַד”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השיעור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